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D96" w:rsidRPr="005F2D96" w:rsidRDefault="005F2D96" w:rsidP="005F2D96">
      <w:pPr>
        <w:jc w:val="right"/>
        <w:rPr>
          <w:sz w:val="24"/>
        </w:rPr>
      </w:pPr>
      <w:bookmarkStart w:id="0" w:name="_Hlk239869834"/>
      <w:bookmarkStart w:id="1" w:name="_GoBack"/>
      <w:bookmarkEnd w:id="1"/>
      <w:r>
        <w:rPr>
          <w:sz w:val="24"/>
        </w:rPr>
        <w:t>N°</w:t>
      </w:r>
      <w:r w:rsidR="005275F5">
        <w:rPr>
          <w:sz w:val="24"/>
        </w:rPr>
        <w:t>_</w:t>
      </w:r>
      <w:r>
        <w:rPr>
          <w:sz w:val="24"/>
        </w:rPr>
        <w:t>___</w:t>
      </w:r>
    </w:p>
    <w:bookmarkEnd w:id="0"/>
    <w:p w:rsidR="00D10B24" w:rsidRDefault="00386785">
      <w:pPr>
        <w:jc w:val="center"/>
      </w:pPr>
      <w:r>
        <w:rPr>
          <w:b/>
          <w:sz w:val="24"/>
        </w:rPr>
        <w:t>FORMULARIO DE POSTULACIÓN A BECAS INTERNAS 2027</w:t>
      </w:r>
    </w:p>
    <w:p w:rsidR="00D10B24" w:rsidRDefault="00386785">
      <w:pPr>
        <w:jc w:val="both"/>
      </w:pPr>
      <w:r>
        <w:t>Complete la información solicitada y adjunte los antecedentes de respaldo correspondientes. La información declarada debe ser verificable y coherente con los documentos presentados.</w:t>
      </w:r>
    </w:p>
    <w:p w:rsidR="005F2D96" w:rsidRPr="005F2D96" w:rsidRDefault="00386785" w:rsidP="005F2D96">
      <w:pPr>
        <w:pStyle w:val="Prrafodelista"/>
        <w:numPr>
          <w:ilvl w:val="0"/>
          <w:numId w:val="10"/>
        </w:numPr>
        <w:rPr>
          <w:b/>
          <w:sz w:val="22"/>
        </w:rPr>
      </w:pPr>
      <w:r w:rsidRPr="005F2D96">
        <w:rPr>
          <w:b/>
          <w:sz w:val="22"/>
        </w:rPr>
        <w:t>IDENTIFICACIÓN DEL ESTUDIANTE Y APODERAD</w:t>
      </w:r>
      <w:r w:rsidR="005F2D96">
        <w:rPr>
          <w:b/>
          <w:sz w:val="22"/>
        </w:rPr>
        <w:t>O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088"/>
        <w:gridCol w:w="2456"/>
        <w:gridCol w:w="2112"/>
        <w:gridCol w:w="2456"/>
      </w:tblGrid>
      <w:tr w:rsidR="00D10B24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Dato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Información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Dato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Información</w:t>
            </w: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5F2D96" w:rsidRDefault="005F2D96">
            <w:pPr>
              <w:jc w:val="center"/>
              <w:rPr>
                <w:b/>
                <w:sz w:val="18"/>
              </w:rPr>
            </w:pPr>
          </w:p>
          <w:p w:rsidR="005F2D96" w:rsidRPr="005F2D96" w:rsidRDefault="00386785" w:rsidP="005F2D9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Nombre estudiante</w:t>
            </w:r>
          </w:p>
        </w:tc>
        <w:tc>
          <w:tcPr>
            <w:tcW w:w="2835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RUT estudiante</w:t>
            </w:r>
          </w:p>
        </w:tc>
        <w:tc>
          <w:tcPr>
            <w:tcW w:w="2835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5F2D96" w:rsidRDefault="005F2D96">
            <w:pPr>
              <w:jc w:val="center"/>
              <w:rPr>
                <w:b/>
                <w:sz w:val="18"/>
              </w:rPr>
            </w:pPr>
          </w:p>
          <w:p w:rsidR="005F2D96" w:rsidRPr="005F2D96" w:rsidRDefault="00386785" w:rsidP="005F2D9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Fecha de nacimiento</w:t>
            </w:r>
          </w:p>
        </w:tc>
        <w:tc>
          <w:tcPr>
            <w:tcW w:w="2835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Curso 2027</w:t>
            </w:r>
          </w:p>
        </w:tc>
        <w:tc>
          <w:tcPr>
            <w:tcW w:w="2835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Nombre apoderado/tutor</w:t>
            </w:r>
          </w:p>
        </w:tc>
        <w:tc>
          <w:tcPr>
            <w:tcW w:w="2835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RUT</w:t>
            </w:r>
            <w:r w:rsidR="005F2D96">
              <w:rPr>
                <w:b/>
                <w:sz w:val="18"/>
              </w:rPr>
              <w:t xml:space="preserve"> apoderado/tutor</w:t>
            </w:r>
          </w:p>
        </w:tc>
        <w:tc>
          <w:tcPr>
            <w:tcW w:w="2835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Correo electrónico</w:t>
            </w:r>
            <w:r w:rsidR="005F2D96">
              <w:rPr>
                <w:b/>
                <w:sz w:val="18"/>
              </w:rPr>
              <w:t xml:space="preserve"> institucional</w:t>
            </w:r>
          </w:p>
        </w:tc>
        <w:tc>
          <w:tcPr>
            <w:tcW w:w="2835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Teléfono/contacto</w:t>
            </w:r>
            <w:r w:rsidR="005F2D96">
              <w:rPr>
                <w:b/>
                <w:sz w:val="18"/>
              </w:rPr>
              <w:t xml:space="preserve"> apoderado </w:t>
            </w:r>
          </w:p>
        </w:tc>
        <w:tc>
          <w:tcPr>
            <w:tcW w:w="2835" w:type="dxa"/>
            <w:vAlign w:val="center"/>
          </w:tcPr>
          <w:p w:rsidR="00D10B24" w:rsidRDefault="00D10B24">
            <w:pPr>
              <w:jc w:val="center"/>
            </w:pPr>
          </w:p>
        </w:tc>
      </w:tr>
    </w:tbl>
    <w:p w:rsidR="006376A4" w:rsidRDefault="006376A4">
      <w:pPr>
        <w:rPr>
          <w:b/>
          <w:sz w:val="22"/>
        </w:rPr>
      </w:pPr>
    </w:p>
    <w:p w:rsidR="006376A4" w:rsidRDefault="00386785" w:rsidP="006376A4">
      <w:r>
        <w:rPr>
          <w:b/>
          <w:sz w:val="22"/>
        </w:rPr>
        <w:t>2. COMPOSICIÓN DEL GRUPO FAMILIAR E INGRESOS</w:t>
      </w:r>
    </w:p>
    <w:p w:rsidR="00D10B24" w:rsidRDefault="00386785" w:rsidP="006376A4">
      <w:r>
        <w:t>Incluya a todas las personas que viven bajo el mismo techo y comparten ingresos y gastos, incluido el estudiante.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73"/>
        <w:gridCol w:w="882"/>
        <w:gridCol w:w="704"/>
        <w:gridCol w:w="1425"/>
        <w:gridCol w:w="1378"/>
        <w:gridCol w:w="1163"/>
        <w:gridCol w:w="1110"/>
        <w:gridCol w:w="1077"/>
      </w:tblGrid>
      <w:tr w:rsidR="00D10B24">
        <w:trPr>
          <w:tblHeader/>
          <w:jc w:val="center"/>
        </w:trPr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Nombre y apellidos</w:t>
            </w:r>
          </w:p>
        </w:tc>
        <w:tc>
          <w:tcPr>
            <w:tcW w:w="1417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RUT</w:t>
            </w:r>
          </w:p>
        </w:tc>
        <w:tc>
          <w:tcPr>
            <w:tcW w:w="850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Edad</w:t>
            </w:r>
          </w:p>
        </w:tc>
        <w:tc>
          <w:tcPr>
            <w:tcW w:w="1247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Nivel educacional</w:t>
            </w:r>
          </w:p>
        </w:tc>
        <w:tc>
          <w:tcPr>
            <w:tcW w:w="1984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Parentesco</w:t>
            </w:r>
          </w:p>
        </w:tc>
        <w:tc>
          <w:tcPr>
            <w:tcW w:w="1587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Situación laboral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Ingreso líquido</w:t>
            </w:r>
          </w:p>
        </w:tc>
        <w:tc>
          <w:tcPr>
            <w:tcW w:w="1304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Pensión alimentos</w:t>
            </w:r>
            <w:r w:rsidR="00A734CB">
              <w:rPr>
                <w:b/>
                <w:sz w:val="18"/>
              </w:rPr>
              <w:t xml:space="preserve"> (Si aplica)</w:t>
            </w: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 w:rsidP="00A734CB">
            <w:r>
              <w:rPr>
                <w:sz w:val="18"/>
              </w:rPr>
              <w:t>1.</w:t>
            </w:r>
          </w:p>
        </w:tc>
        <w:tc>
          <w:tcPr>
            <w:tcW w:w="141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24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984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58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304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 w:rsidP="00A734CB">
            <w:r>
              <w:rPr>
                <w:sz w:val="18"/>
              </w:rPr>
              <w:t>2.</w:t>
            </w:r>
          </w:p>
        </w:tc>
        <w:tc>
          <w:tcPr>
            <w:tcW w:w="141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24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984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58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304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 w:rsidP="00A734CB">
            <w:r>
              <w:rPr>
                <w:sz w:val="18"/>
              </w:rPr>
              <w:t>3.</w:t>
            </w:r>
          </w:p>
        </w:tc>
        <w:tc>
          <w:tcPr>
            <w:tcW w:w="141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24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984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58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304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 w:rsidP="00A734CB">
            <w:r>
              <w:rPr>
                <w:sz w:val="18"/>
              </w:rPr>
              <w:t>4.</w:t>
            </w:r>
          </w:p>
        </w:tc>
        <w:tc>
          <w:tcPr>
            <w:tcW w:w="141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24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984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58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304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 w:rsidP="00A734CB">
            <w:r>
              <w:rPr>
                <w:sz w:val="18"/>
              </w:rPr>
              <w:t>5.</w:t>
            </w:r>
          </w:p>
        </w:tc>
        <w:tc>
          <w:tcPr>
            <w:tcW w:w="141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24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984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58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304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 w:rsidP="00A734CB">
            <w:r>
              <w:rPr>
                <w:sz w:val="18"/>
              </w:rPr>
              <w:t>6.</w:t>
            </w:r>
          </w:p>
        </w:tc>
        <w:tc>
          <w:tcPr>
            <w:tcW w:w="141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24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984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58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304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 w:rsidP="00A734CB">
            <w:r>
              <w:rPr>
                <w:sz w:val="18"/>
              </w:rPr>
              <w:t>7.</w:t>
            </w:r>
          </w:p>
        </w:tc>
        <w:tc>
          <w:tcPr>
            <w:tcW w:w="141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24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984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58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304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 w:rsidP="00A734CB">
            <w:r>
              <w:rPr>
                <w:sz w:val="18"/>
              </w:rPr>
              <w:t>8.</w:t>
            </w:r>
          </w:p>
        </w:tc>
        <w:tc>
          <w:tcPr>
            <w:tcW w:w="141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24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984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587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1304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gridSpan w:val="2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TOTAL INGRESOS</w:t>
            </w:r>
          </w:p>
        </w:tc>
        <w:tc>
          <w:tcPr>
            <w:tcW w:w="2835" w:type="dxa"/>
            <w:gridSpan w:val="2"/>
            <w:vAlign w:val="center"/>
          </w:tcPr>
          <w:p w:rsidR="00D10B24" w:rsidRDefault="00386785" w:rsidP="006376A4">
            <w:r>
              <w:rPr>
                <w:sz w:val="18"/>
              </w:rPr>
              <w:t>$</w:t>
            </w:r>
          </w:p>
        </w:tc>
        <w:tc>
          <w:tcPr>
            <w:tcW w:w="2268" w:type="dxa"/>
            <w:gridSpan w:val="2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INGRESO PER CÁPITA (</w:t>
            </w:r>
            <w:r w:rsidR="00A734CB">
              <w:rPr>
                <w:b/>
                <w:sz w:val="18"/>
              </w:rPr>
              <w:t>Exclusivo Comisión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2835" w:type="dxa"/>
            <w:gridSpan w:val="2"/>
            <w:vAlign w:val="center"/>
          </w:tcPr>
          <w:p w:rsidR="00D10B24" w:rsidRDefault="00386785" w:rsidP="006376A4">
            <w:r>
              <w:rPr>
                <w:sz w:val="18"/>
              </w:rPr>
              <w:t>$</w:t>
            </w:r>
          </w:p>
        </w:tc>
      </w:tr>
      <w:tr w:rsidR="00D10B24">
        <w:trPr>
          <w:jc w:val="center"/>
        </w:trPr>
        <w:tc>
          <w:tcPr>
            <w:tcW w:w="2268" w:type="dxa"/>
            <w:gridSpan w:val="2"/>
            <w:vAlign w:val="center"/>
          </w:tcPr>
          <w:p w:rsidR="00D10B24" w:rsidRDefault="00D10B24"/>
        </w:tc>
        <w:tc>
          <w:tcPr>
            <w:tcW w:w="2835" w:type="dxa"/>
            <w:gridSpan w:val="2"/>
            <w:vAlign w:val="center"/>
          </w:tcPr>
          <w:p w:rsidR="00D10B24" w:rsidRDefault="00D10B24"/>
        </w:tc>
        <w:tc>
          <w:tcPr>
            <w:tcW w:w="2268" w:type="dxa"/>
            <w:gridSpan w:val="2"/>
            <w:vAlign w:val="center"/>
          </w:tcPr>
          <w:p w:rsidR="00D10B24" w:rsidRDefault="00D10B24"/>
        </w:tc>
        <w:tc>
          <w:tcPr>
            <w:tcW w:w="2835" w:type="dxa"/>
            <w:gridSpan w:val="2"/>
            <w:vAlign w:val="center"/>
          </w:tcPr>
          <w:p w:rsidR="00D10B24" w:rsidRDefault="00D10B24"/>
        </w:tc>
      </w:tr>
    </w:tbl>
    <w:p w:rsidR="006376A4" w:rsidRDefault="006376A4">
      <w:pPr>
        <w:rPr>
          <w:b/>
          <w:sz w:val="22"/>
        </w:rPr>
      </w:pPr>
    </w:p>
    <w:p w:rsidR="00D10B24" w:rsidRDefault="00386785">
      <w:r>
        <w:rPr>
          <w:b/>
          <w:sz w:val="22"/>
        </w:rPr>
        <w:t>3. VIVIENDA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073"/>
        <w:gridCol w:w="1552"/>
        <w:gridCol w:w="2547"/>
        <w:gridCol w:w="2940"/>
      </w:tblGrid>
      <w:tr w:rsidR="00D10B24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Tenencia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Marque X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Antecedente</w:t>
            </w:r>
          </w:p>
        </w:tc>
        <w:tc>
          <w:tcPr>
            <w:tcW w:w="3402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Monto / detalle</w:t>
            </w: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Propietario</w:t>
            </w: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835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Rol de la vivienda</w:t>
            </w:r>
          </w:p>
        </w:tc>
        <w:tc>
          <w:tcPr>
            <w:tcW w:w="3402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Arrendatario</w:t>
            </w: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835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Arriendo mensual</w:t>
            </w:r>
          </w:p>
        </w:tc>
        <w:tc>
          <w:tcPr>
            <w:tcW w:w="3402" w:type="dxa"/>
            <w:vAlign w:val="center"/>
          </w:tcPr>
          <w:p w:rsidR="00D10B24" w:rsidRDefault="00386785" w:rsidP="00A734CB">
            <w:r>
              <w:rPr>
                <w:sz w:val="18"/>
              </w:rPr>
              <w:t>$</w:t>
            </w: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Allegado / Otro</w:t>
            </w: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835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Aporte a gastos, arriendo o dividendo</w:t>
            </w:r>
          </w:p>
        </w:tc>
        <w:tc>
          <w:tcPr>
            <w:tcW w:w="3402" w:type="dxa"/>
            <w:vAlign w:val="center"/>
          </w:tcPr>
          <w:p w:rsidR="00D10B24" w:rsidRDefault="00386785" w:rsidP="00A734CB">
            <w:r>
              <w:rPr>
                <w:sz w:val="18"/>
              </w:rPr>
              <w:t xml:space="preserve">$ </w:t>
            </w:r>
          </w:p>
        </w:tc>
      </w:tr>
    </w:tbl>
    <w:p w:rsidR="006376A4" w:rsidRDefault="006376A4">
      <w:pPr>
        <w:rPr>
          <w:b/>
          <w:sz w:val="22"/>
        </w:rPr>
      </w:pPr>
    </w:p>
    <w:p w:rsidR="00D10B24" w:rsidRDefault="00386785">
      <w:r>
        <w:rPr>
          <w:b/>
          <w:sz w:val="22"/>
        </w:rPr>
        <w:t>4. INTEGRANTES DEL GRUPO FAMILIAR QUE ESTUDIAN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442"/>
        <w:gridCol w:w="2421"/>
        <w:gridCol w:w="1824"/>
        <w:gridCol w:w="2425"/>
      </w:tblGrid>
      <w:tr w:rsidR="00D10B24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Nivel educacional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N.º estudiantes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Mensualidad / arancel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Transporte</w:t>
            </w:r>
          </w:p>
        </w:tc>
      </w:tr>
      <w:tr w:rsidR="00D10B24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Educación parvularia</w:t>
            </w: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Enseñanza básica</w:t>
            </w: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Enseñanza media</w:t>
            </w: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Enseñanza superior</w:t>
            </w: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Otros</w:t>
            </w:r>
          </w:p>
        </w:tc>
        <w:tc>
          <w:tcPr>
            <w:tcW w:w="1701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Estudia fuera del lugar de residencia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Ciudad / institución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Arriendo o pensión mensual</w:t>
            </w:r>
          </w:p>
        </w:tc>
        <w:tc>
          <w:tcPr>
            <w:tcW w:w="3402" w:type="dxa"/>
            <w:vAlign w:val="center"/>
          </w:tcPr>
          <w:p w:rsidR="00D10B24" w:rsidRDefault="00386785" w:rsidP="00620128">
            <w:r>
              <w:rPr>
                <w:sz w:val="18"/>
              </w:rPr>
              <w:t>$</w:t>
            </w: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D10B24"/>
        </w:tc>
        <w:tc>
          <w:tcPr>
            <w:tcW w:w="3402" w:type="dxa"/>
            <w:vAlign w:val="center"/>
          </w:tcPr>
          <w:p w:rsidR="00D10B24" w:rsidRDefault="00D10B24"/>
        </w:tc>
        <w:tc>
          <w:tcPr>
            <w:tcW w:w="2268" w:type="dxa"/>
            <w:vAlign w:val="center"/>
          </w:tcPr>
          <w:p w:rsidR="00D10B24" w:rsidRDefault="00D10B24"/>
        </w:tc>
        <w:tc>
          <w:tcPr>
            <w:tcW w:w="3402" w:type="dxa"/>
            <w:vAlign w:val="center"/>
          </w:tcPr>
          <w:p w:rsidR="00D10B24" w:rsidRDefault="00D10B24"/>
        </w:tc>
      </w:tr>
    </w:tbl>
    <w:p w:rsidR="006376A4" w:rsidRDefault="006376A4">
      <w:pPr>
        <w:rPr>
          <w:b/>
          <w:sz w:val="22"/>
        </w:rPr>
      </w:pPr>
    </w:p>
    <w:p w:rsidR="00D10B24" w:rsidRDefault="00386785">
      <w:r>
        <w:rPr>
          <w:b/>
          <w:sz w:val="22"/>
        </w:rPr>
        <w:t>5. GASTOS MENSUALES DEL GRUPO FAMILIAR</w:t>
      </w:r>
    </w:p>
    <w:p w:rsidR="00D10B24" w:rsidRDefault="00386785">
      <w:pPr>
        <w:jc w:val="both"/>
      </w:pPr>
      <w:r>
        <w:lastRenderedPageBreak/>
        <w:t>Declare montos mensuales aproximados y adjunte respaldos cuando corresponda.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703"/>
        <w:gridCol w:w="1758"/>
        <w:gridCol w:w="2893"/>
        <w:gridCol w:w="1758"/>
      </w:tblGrid>
      <w:tr w:rsidR="00554278">
        <w:trPr>
          <w:jc w:val="center"/>
        </w:trPr>
        <w:tc>
          <w:tcPr>
            <w:tcW w:w="3402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Gastos fijos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Valor</w:t>
            </w:r>
          </w:p>
        </w:tc>
        <w:tc>
          <w:tcPr>
            <w:tcW w:w="3402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Otros gastos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Valor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Luz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Consultas médicas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Agua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Medicamentos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Gas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Exámenes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Alimentación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Gastos imprevistos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Vestuario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Crédito casa comercial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Teléfono / celular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Crédito bancario/consumo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Internet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Arriendo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TV cable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Crédito hipotecario/dividendo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Transporte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Entretención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Colegiatura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Otros 1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Otros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Otros 2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  <w:tr w:rsidR="00554278">
        <w:trPr>
          <w:jc w:val="center"/>
        </w:trPr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TOTAL GASTOS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  <w:tc>
          <w:tcPr>
            <w:tcW w:w="3402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Otros 3</w:t>
            </w:r>
          </w:p>
        </w:tc>
        <w:tc>
          <w:tcPr>
            <w:tcW w:w="2268" w:type="dxa"/>
            <w:vAlign w:val="center"/>
          </w:tcPr>
          <w:p w:rsidR="00D10B24" w:rsidRDefault="00386785" w:rsidP="00554278">
            <w:r>
              <w:rPr>
                <w:sz w:val="18"/>
              </w:rPr>
              <w:t>$</w:t>
            </w:r>
          </w:p>
        </w:tc>
      </w:tr>
    </w:tbl>
    <w:p w:rsidR="006376A4" w:rsidRDefault="006376A4">
      <w:pPr>
        <w:rPr>
          <w:b/>
          <w:sz w:val="22"/>
        </w:rPr>
      </w:pPr>
    </w:p>
    <w:p w:rsidR="00D10B24" w:rsidRDefault="00386785">
      <w:r>
        <w:rPr>
          <w:b/>
          <w:sz w:val="22"/>
        </w:rPr>
        <w:t>6. SITUACIONES SOCIOECONÓMICAS ADICIONALES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133"/>
        <w:gridCol w:w="4979"/>
      </w:tblGrid>
      <w:tr w:rsidR="00D10B24">
        <w:trPr>
          <w:jc w:val="center"/>
        </w:trPr>
        <w:tc>
          <w:tcPr>
            <w:tcW w:w="4535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Situación</w:t>
            </w:r>
          </w:p>
        </w:tc>
        <w:tc>
          <w:tcPr>
            <w:tcW w:w="5669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Detalle / monto mensual</w:t>
            </w:r>
          </w:p>
        </w:tc>
      </w:tr>
      <w:tr w:rsidR="00D10B24">
        <w:trPr>
          <w:jc w:val="center"/>
        </w:trPr>
        <w:tc>
          <w:tcPr>
            <w:tcW w:w="4535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Enfermedad de alto costo / discapacidad / tratamiento permanente</w:t>
            </w:r>
          </w:p>
        </w:tc>
        <w:tc>
          <w:tcPr>
            <w:tcW w:w="5669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4535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Sobreendeudamiento u otra situación económica relevante</w:t>
            </w:r>
          </w:p>
        </w:tc>
        <w:tc>
          <w:tcPr>
            <w:tcW w:w="5669" w:type="dxa"/>
            <w:vAlign w:val="center"/>
          </w:tcPr>
          <w:p w:rsidR="00D10B24" w:rsidRDefault="00D10B24">
            <w:pPr>
              <w:jc w:val="center"/>
            </w:pPr>
          </w:p>
        </w:tc>
      </w:tr>
    </w:tbl>
    <w:p w:rsidR="006376A4" w:rsidRDefault="006376A4">
      <w:pPr>
        <w:rPr>
          <w:b/>
          <w:sz w:val="22"/>
        </w:rPr>
      </w:pPr>
    </w:p>
    <w:p w:rsidR="00D10B24" w:rsidRDefault="00386785">
      <w:r>
        <w:rPr>
          <w:b/>
          <w:sz w:val="22"/>
        </w:rPr>
        <w:t>7. REGISTRO SOCIAL DE HOGARES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569"/>
        <w:gridCol w:w="1502"/>
        <w:gridCol w:w="3078"/>
        <w:gridCol w:w="1963"/>
      </w:tblGrid>
      <w:tr w:rsidR="00D10B24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Porcentaje RSH</w:t>
            </w:r>
          </w:p>
        </w:tc>
        <w:tc>
          <w:tcPr>
            <w:tcW w:w="1701" w:type="dxa"/>
            <w:vAlign w:val="center"/>
          </w:tcPr>
          <w:p w:rsidR="00D10B24" w:rsidRDefault="00386785" w:rsidP="00620128">
            <w:pPr>
              <w:jc w:val="right"/>
            </w:pPr>
            <w:r>
              <w:rPr>
                <w:sz w:val="18"/>
              </w:rPr>
              <w:t>%</w:t>
            </w:r>
          </w:p>
        </w:tc>
        <w:tc>
          <w:tcPr>
            <w:tcW w:w="3402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Fecha de actualización</w:t>
            </w:r>
          </w:p>
        </w:tc>
        <w:tc>
          <w:tcPr>
            <w:tcW w:w="2268" w:type="dxa"/>
            <w:vAlign w:val="center"/>
          </w:tcPr>
          <w:p w:rsidR="00D10B24" w:rsidRDefault="00D10B24">
            <w:pPr>
              <w:jc w:val="center"/>
            </w:pPr>
          </w:p>
        </w:tc>
      </w:tr>
    </w:tbl>
    <w:p w:rsidR="00D10B24" w:rsidRDefault="00386785">
      <w:pPr>
        <w:jc w:val="both"/>
      </w:pPr>
      <w:r>
        <w:t>La información declarada debe ser consistente con el Registro Social de Hogares vigente.</w:t>
      </w:r>
    </w:p>
    <w:p w:rsidR="00D10B24" w:rsidRDefault="00386785">
      <w:r>
        <w:rPr>
          <w:b/>
          <w:sz w:val="22"/>
        </w:rPr>
        <w:t>8. BECAS INTERNAS RECIBIDAS ANTERIORMENTE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127"/>
        <w:gridCol w:w="2152"/>
        <w:gridCol w:w="2154"/>
        <w:gridCol w:w="2679"/>
      </w:tblGrid>
      <w:tr w:rsidR="00D10B24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Año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¿Recibió beca?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% otorgado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D10B24" w:rsidRDefault="00386785">
            <w:pPr>
              <w:jc w:val="center"/>
            </w:pPr>
            <w:r>
              <w:rPr>
                <w:b/>
                <w:sz w:val="18"/>
              </w:rPr>
              <w:t>Monto que cancelaba</w:t>
            </w: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2024</w:t>
            </w:r>
          </w:p>
        </w:tc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Sí ☐  No ☐</w:t>
            </w:r>
          </w:p>
        </w:tc>
        <w:tc>
          <w:tcPr>
            <w:tcW w:w="2268" w:type="dxa"/>
            <w:vAlign w:val="center"/>
          </w:tcPr>
          <w:p w:rsidR="00D10B24" w:rsidRDefault="00386785" w:rsidP="00620128">
            <w:pPr>
              <w:jc w:val="right"/>
            </w:pPr>
            <w:r>
              <w:rPr>
                <w:sz w:val="18"/>
              </w:rPr>
              <w:t>%</w:t>
            </w:r>
          </w:p>
        </w:tc>
        <w:tc>
          <w:tcPr>
            <w:tcW w:w="2835" w:type="dxa"/>
            <w:vAlign w:val="center"/>
          </w:tcPr>
          <w:p w:rsidR="00D10B24" w:rsidRDefault="00386785" w:rsidP="00620128">
            <w:r>
              <w:rPr>
                <w:sz w:val="18"/>
              </w:rPr>
              <w:t>$</w:t>
            </w: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2025</w:t>
            </w:r>
          </w:p>
        </w:tc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Sí ☐  No ☐</w:t>
            </w:r>
          </w:p>
        </w:tc>
        <w:tc>
          <w:tcPr>
            <w:tcW w:w="2268" w:type="dxa"/>
            <w:vAlign w:val="center"/>
          </w:tcPr>
          <w:p w:rsidR="00D10B24" w:rsidRDefault="00386785" w:rsidP="00620128">
            <w:pPr>
              <w:jc w:val="right"/>
            </w:pPr>
            <w:r>
              <w:rPr>
                <w:sz w:val="18"/>
              </w:rPr>
              <w:t>%</w:t>
            </w:r>
          </w:p>
        </w:tc>
        <w:tc>
          <w:tcPr>
            <w:tcW w:w="2835" w:type="dxa"/>
            <w:vAlign w:val="center"/>
          </w:tcPr>
          <w:p w:rsidR="00D10B24" w:rsidRDefault="00386785" w:rsidP="00620128">
            <w:r>
              <w:rPr>
                <w:sz w:val="18"/>
              </w:rPr>
              <w:t>$</w:t>
            </w:r>
          </w:p>
        </w:tc>
      </w:tr>
      <w:tr w:rsidR="00D10B24">
        <w:trPr>
          <w:jc w:val="center"/>
        </w:trPr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w="2268" w:type="dxa"/>
            <w:vAlign w:val="center"/>
          </w:tcPr>
          <w:p w:rsidR="00D10B24" w:rsidRDefault="00386785">
            <w:pPr>
              <w:jc w:val="center"/>
            </w:pPr>
            <w:r>
              <w:rPr>
                <w:sz w:val="18"/>
              </w:rPr>
              <w:t>Sí ☐  No ☐</w:t>
            </w:r>
          </w:p>
        </w:tc>
        <w:tc>
          <w:tcPr>
            <w:tcW w:w="2268" w:type="dxa"/>
            <w:vAlign w:val="center"/>
          </w:tcPr>
          <w:p w:rsidR="00D10B24" w:rsidRDefault="00386785" w:rsidP="00620128">
            <w:pPr>
              <w:jc w:val="right"/>
            </w:pPr>
            <w:r>
              <w:rPr>
                <w:sz w:val="18"/>
              </w:rPr>
              <w:t>%</w:t>
            </w:r>
          </w:p>
        </w:tc>
        <w:tc>
          <w:tcPr>
            <w:tcW w:w="2835" w:type="dxa"/>
            <w:vAlign w:val="center"/>
          </w:tcPr>
          <w:p w:rsidR="00D10B24" w:rsidRDefault="00386785" w:rsidP="00620128">
            <w:r>
              <w:rPr>
                <w:sz w:val="18"/>
              </w:rPr>
              <w:t>$</w:t>
            </w:r>
          </w:p>
        </w:tc>
      </w:tr>
    </w:tbl>
    <w:p w:rsidR="00620128" w:rsidRDefault="00620128">
      <w:pPr>
        <w:rPr>
          <w:b/>
          <w:sz w:val="22"/>
        </w:rPr>
      </w:pPr>
    </w:p>
    <w:p w:rsidR="00D10B24" w:rsidRDefault="00386785">
      <w:r>
        <w:rPr>
          <w:b/>
          <w:sz w:val="22"/>
        </w:rPr>
        <w:t>9. FUNDAMENTOS DE LA SOLICITUD</w:t>
      </w:r>
    </w:p>
    <w:p w:rsidR="00D10B24" w:rsidRDefault="00386785">
      <w:pPr>
        <w:jc w:val="both"/>
      </w:pPr>
      <w:r>
        <w:t>Explique brevemente la situación socioeconómica familiar y las circunstancias que fundamentan la solicitud.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112"/>
      </w:tblGrid>
      <w:tr w:rsidR="00D10B24">
        <w:trPr>
          <w:jc w:val="center"/>
        </w:trPr>
        <w:tc>
          <w:tcPr>
            <w:tcW w:w="10772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10772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10772" w:type="dxa"/>
            <w:vAlign w:val="center"/>
          </w:tcPr>
          <w:p w:rsidR="00D10B24" w:rsidRDefault="00D10B24">
            <w:pPr>
              <w:jc w:val="center"/>
            </w:pPr>
          </w:p>
        </w:tc>
      </w:tr>
      <w:tr w:rsidR="00D10B24">
        <w:trPr>
          <w:jc w:val="center"/>
        </w:trPr>
        <w:tc>
          <w:tcPr>
            <w:tcW w:w="10772" w:type="dxa"/>
            <w:vAlign w:val="center"/>
          </w:tcPr>
          <w:p w:rsidR="00D10B24" w:rsidRDefault="00D10B24">
            <w:pPr>
              <w:jc w:val="center"/>
            </w:pPr>
          </w:p>
        </w:tc>
      </w:tr>
    </w:tbl>
    <w:p w:rsidR="006376A4" w:rsidRDefault="006376A4">
      <w:pPr>
        <w:rPr>
          <w:b/>
          <w:sz w:val="22"/>
        </w:rPr>
      </w:pPr>
    </w:p>
    <w:p w:rsidR="00D10B24" w:rsidRDefault="00386785">
      <w:r>
        <w:rPr>
          <w:b/>
          <w:sz w:val="22"/>
        </w:rPr>
        <w:t>10. DOCUMENTACIÓN DE RESPALDO</w:t>
      </w:r>
    </w:p>
    <w:p w:rsidR="00D10B24" w:rsidRDefault="00386785">
      <w:pPr>
        <w:jc w:val="both"/>
      </w:pPr>
      <w:r>
        <w:t>Presente solo la que corresponda a su situación familiar.</w:t>
      </w:r>
      <w:r w:rsidR="007B368A" w:rsidRPr="007B368A">
        <w:t xml:space="preserve"> </w:t>
      </w:r>
      <w:r w:rsidR="007B368A">
        <w:t>Marque con X la documentación que adjunta.</w:t>
      </w:r>
    </w:p>
    <w:tbl>
      <w:tblPr>
        <w:tblStyle w:val="Tablaconcuadrcul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807"/>
        <w:gridCol w:w="567"/>
        <w:gridCol w:w="2701"/>
      </w:tblGrid>
      <w:tr w:rsidR="00A734CB" w:rsidTr="00DB5F8E">
        <w:trPr>
          <w:tblHeader/>
          <w:jc w:val="center"/>
        </w:trPr>
        <w:tc>
          <w:tcPr>
            <w:tcW w:w="5807" w:type="dxa"/>
            <w:shd w:val="clear" w:color="auto" w:fill="D9EAF7"/>
            <w:vAlign w:val="center"/>
          </w:tcPr>
          <w:p w:rsidR="00A734CB" w:rsidRDefault="00A734CB">
            <w:pPr>
              <w:jc w:val="center"/>
            </w:pPr>
            <w:r>
              <w:rPr>
                <w:b/>
                <w:sz w:val="18"/>
              </w:rPr>
              <w:t>Documento</w:t>
            </w:r>
          </w:p>
        </w:tc>
        <w:tc>
          <w:tcPr>
            <w:tcW w:w="567" w:type="dxa"/>
            <w:shd w:val="clear" w:color="auto" w:fill="D9EAF7"/>
          </w:tcPr>
          <w:p w:rsidR="00A734CB" w:rsidRDefault="00A734C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X </w:t>
            </w:r>
          </w:p>
        </w:tc>
        <w:tc>
          <w:tcPr>
            <w:tcW w:w="2701" w:type="dxa"/>
            <w:shd w:val="clear" w:color="auto" w:fill="D9EAF7"/>
            <w:vAlign w:val="center"/>
          </w:tcPr>
          <w:p w:rsidR="00A734CB" w:rsidRDefault="00A734CB">
            <w:pPr>
              <w:jc w:val="center"/>
            </w:pPr>
            <w:r>
              <w:rPr>
                <w:b/>
                <w:sz w:val="18"/>
              </w:rPr>
              <w:t>Observación</w:t>
            </w: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 xml:space="preserve">1. Cédulas de identidad y/o certificados de nacimiento de integrantes 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2. 6 últimas liquidaciones de sueldo; si no dispone, declaración jurada simple legalizada.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3. 12 últimas cotizaciones previsionales de mayores de 18 años que trabajan o han trabajado</w:t>
            </w:r>
            <w:r w:rsidR="005275F5">
              <w:rPr>
                <w:sz w:val="18"/>
              </w:rPr>
              <w:t xml:space="preserve"> (no excluye a la dueña de casa)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4. Certificado de FONASA/ISAPRE u otra previsión de salud.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5. 6 últimas boletas de honorarios; 3 últimas declaraciones de IVA y 2 últimas declaraciones de Impuesto a la Renta, cuando corresponda.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6. 3 últimas liquidaciones de pensión o jubilación, cuando corresponda.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7. Certificado de ingresos y egresos emitido por contador, si participa en sociedad o empresa.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8. Certificados de beneficios o programas sociales/gubernamentales, cuando corresponda.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lastRenderedPageBreak/>
              <w:t>9. Cesantía: finiquito del último empleador y colilla de AFC.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10. Pensión de alimentos: resolución judicial, acuerdo/avenimiento o declaración jurada de nulo aporte, según corresponda.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11. Separación legal: resolución de divorcio o cese de convivencia. Separación de hecho: certificados de residencia de ambos padres.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12. Vivienda: contrato y comprobantes de arriendo; allegamiento: declaración del propietario; propiedad: dividendo y contribuciones.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13. Estudios de integrantes: certificado de alumno regular y respaldos de arancel, transporte, arriendo o pensión cuando corresponda.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14. Salud: certificado médico y respaldos de gastos por enfermedad grave, catastrófica, discapacidad o tratamiento costoso.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15. Fallecimiento de padre/madre: certificado de defunción, cuando corresponda.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  <w:tr w:rsidR="00A734CB" w:rsidTr="00DB5F8E">
        <w:trPr>
          <w:jc w:val="center"/>
        </w:trPr>
        <w:tc>
          <w:tcPr>
            <w:tcW w:w="5807" w:type="dxa"/>
            <w:vAlign w:val="center"/>
          </w:tcPr>
          <w:p w:rsidR="00A734CB" w:rsidRDefault="00A734CB" w:rsidP="00A734CB">
            <w:r>
              <w:rPr>
                <w:sz w:val="18"/>
              </w:rPr>
              <w:t>16. Gastos fijos: boletas de luz, agua, gas, teléfono/celular, internet, TV cable, transporte u otros; cotizaciones de asesora del hogar, si corresponde.</w:t>
            </w:r>
          </w:p>
        </w:tc>
        <w:tc>
          <w:tcPr>
            <w:tcW w:w="567" w:type="dxa"/>
          </w:tcPr>
          <w:p w:rsidR="00A734CB" w:rsidRDefault="00A734CB">
            <w:pPr>
              <w:jc w:val="center"/>
            </w:pPr>
          </w:p>
        </w:tc>
        <w:tc>
          <w:tcPr>
            <w:tcW w:w="2701" w:type="dxa"/>
            <w:vAlign w:val="center"/>
          </w:tcPr>
          <w:p w:rsidR="00A734CB" w:rsidRDefault="00A734CB">
            <w:pPr>
              <w:jc w:val="center"/>
            </w:pPr>
          </w:p>
        </w:tc>
      </w:tr>
    </w:tbl>
    <w:p w:rsidR="006376A4" w:rsidRDefault="006376A4">
      <w:pPr>
        <w:rPr>
          <w:b/>
          <w:sz w:val="22"/>
        </w:rPr>
      </w:pPr>
    </w:p>
    <w:p w:rsidR="00D10B24" w:rsidRDefault="00386785">
      <w:r>
        <w:rPr>
          <w:b/>
          <w:sz w:val="22"/>
        </w:rPr>
        <w:t>11. DECLARACIÓN Y AUTORIZACIÓN</w:t>
      </w:r>
    </w:p>
    <w:p w:rsidR="00D10B24" w:rsidRDefault="00386785">
      <w:pPr>
        <w:jc w:val="both"/>
      </w:pPr>
      <w:r>
        <w:t>Declaro que todos los antecedentes presentados son reales y fidedignos. Autorizo la realización de una visita domiciliaria, si la Comisión Interna de Becas lo requiere, con el propósito de verificar la información entregada.</w:t>
      </w:r>
    </w:p>
    <w:p w:rsidR="006376A4" w:rsidRDefault="006376A4">
      <w:pPr>
        <w:rPr>
          <w:b/>
          <w:sz w:val="22"/>
        </w:rPr>
      </w:pPr>
    </w:p>
    <w:p w:rsidR="00B445F8" w:rsidRPr="00B445F8" w:rsidRDefault="00B445F8">
      <w:pPr>
        <w:rPr>
          <w:b/>
          <w:sz w:val="24"/>
          <w:szCs w:val="24"/>
        </w:rPr>
      </w:pPr>
      <w:r w:rsidRPr="00B445F8">
        <w:rPr>
          <w:b/>
          <w:sz w:val="24"/>
          <w:szCs w:val="24"/>
        </w:rPr>
        <w:t xml:space="preserve">Nombre apoderado/tutor: </w:t>
      </w:r>
    </w:p>
    <w:p w:rsidR="00B445F8" w:rsidRPr="00B445F8" w:rsidRDefault="00B445F8">
      <w:pPr>
        <w:rPr>
          <w:b/>
          <w:sz w:val="24"/>
          <w:szCs w:val="24"/>
        </w:rPr>
      </w:pPr>
      <w:r w:rsidRPr="00B445F8">
        <w:rPr>
          <w:b/>
          <w:sz w:val="24"/>
          <w:szCs w:val="24"/>
        </w:rPr>
        <w:t xml:space="preserve">Rut: </w:t>
      </w:r>
    </w:p>
    <w:p w:rsidR="00B445F8" w:rsidRPr="00B445F8" w:rsidRDefault="00B445F8">
      <w:pPr>
        <w:rPr>
          <w:b/>
          <w:sz w:val="24"/>
          <w:szCs w:val="24"/>
        </w:rPr>
      </w:pPr>
      <w:r w:rsidRPr="00B445F8">
        <w:rPr>
          <w:b/>
          <w:sz w:val="24"/>
          <w:szCs w:val="24"/>
        </w:rPr>
        <w:t xml:space="preserve">Firma: </w:t>
      </w:r>
    </w:p>
    <w:sectPr w:rsidR="00B445F8" w:rsidRPr="00B445F8" w:rsidSect="00034616">
      <w:headerReference w:type="default" r:id="rId8"/>
      <w:footerReference w:type="default" r:id="rId9"/>
      <w:pgSz w:w="12240" w:h="18720"/>
      <w:pgMar w:top="1417" w:right="1417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70A" w:rsidRDefault="000D070A">
      <w:pPr>
        <w:spacing w:after="0" w:line="240" w:lineRule="auto"/>
      </w:pPr>
      <w:r>
        <w:separator/>
      </w:r>
    </w:p>
  </w:endnote>
  <w:endnote w:type="continuationSeparator" w:id="0">
    <w:p w:rsidR="000D070A" w:rsidRDefault="000D0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B24" w:rsidRDefault="00386785">
    <w:pPr>
      <w:pStyle w:val="Piedepgina"/>
      <w:jc w:val="center"/>
    </w:pPr>
    <w:r>
      <w:rPr>
        <w:sz w:val="16"/>
      </w:rPr>
      <w:t>Liceo San José de Requínoa | Formulario de Postulación a Beca Interna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70A" w:rsidRDefault="000D070A">
      <w:pPr>
        <w:spacing w:after="0" w:line="240" w:lineRule="auto"/>
      </w:pPr>
      <w:r>
        <w:separator/>
      </w:r>
    </w:p>
  </w:footnote>
  <w:footnote w:type="continuationSeparator" w:id="0">
    <w:p w:rsidR="000D070A" w:rsidRDefault="000D0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278" w:rsidRDefault="00554278" w:rsidP="00554278">
    <w:pPr>
      <w:pStyle w:val="Encabezado"/>
      <w:rPr>
        <w:b/>
        <w:i/>
        <w:lang w:val="es-CL"/>
      </w:rPr>
    </w:pPr>
    <w:r>
      <w:rPr>
        <w:noProof/>
      </w:rPr>
      <w:drawing>
        <wp:anchor distT="0" distB="0" distL="114300" distR="114300" simplePos="0" relativeHeight="251667456" behindDoc="0" locked="0" layoutInCell="1" hidden="0" allowOverlap="1" wp14:anchorId="27A848B7" wp14:editId="7DFA4A0D">
          <wp:simplePos x="0" y="0"/>
          <wp:positionH relativeFrom="column">
            <wp:posOffset>4520565</wp:posOffset>
          </wp:positionH>
          <wp:positionV relativeFrom="paragraph">
            <wp:posOffset>-285749</wp:posOffset>
          </wp:positionV>
          <wp:extent cx="2115185" cy="5524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7693" cy="553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EB6BB0D" wp14:editId="2332CAB3">
          <wp:simplePos x="0" y="0"/>
          <wp:positionH relativeFrom="column">
            <wp:posOffset>-742950</wp:posOffset>
          </wp:positionH>
          <wp:positionV relativeFrom="paragraph">
            <wp:posOffset>-283845</wp:posOffset>
          </wp:positionV>
          <wp:extent cx="561975" cy="616585"/>
          <wp:effectExtent l="0" t="0" r="0" b="0"/>
          <wp:wrapSquare wrapText="bothSides" distT="0" distB="0" distL="114300" distR="114300"/>
          <wp:docPr id="3" name="image2.jpg" descr="C:\Users\TGOUDEAU\Downloads\LOGO COLOR - HAUD MORI LLM -FONDO BLANCO O NEGRO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TGOUDEAU\Downloads\LOGO COLOR - HAUD MORI LLM -FONDO BLANCO O NEGRO (1)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616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554278">
      <w:rPr>
        <w:b/>
        <w:i/>
        <w:lang w:val="es-CL"/>
      </w:rPr>
      <w:t xml:space="preserve">Fundación Ed. Liceo San José </w:t>
    </w:r>
  </w:p>
  <w:p w:rsidR="00554278" w:rsidRPr="00554278" w:rsidRDefault="00554278" w:rsidP="00554278">
    <w:pPr>
      <w:pStyle w:val="Encabezado"/>
      <w:rPr>
        <w:lang w:val="es-CL"/>
      </w:rPr>
    </w:pPr>
    <w:r>
      <w:rPr>
        <w:lang w:val="es-CL"/>
      </w:rPr>
      <w:t>Comisión de Beca</w:t>
    </w:r>
  </w:p>
  <w:p w:rsidR="00554278" w:rsidRPr="00554278" w:rsidRDefault="00554278" w:rsidP="00554278">
    <w:pPr>
      <w:pStyle w:val="Encabezado"/>
      <w:rPr>
        <w:lang w:val="es-CL"/>
      </w:rPr>
    </w:pPr>
    <w:r w:rsidRPr="00554278">
      <w:rPr>
        <w:lang w:val="es-CL"/>
      </w:rPr>
      <w:t xml:space="preserve">Josefinos de Murialdo - Obra de Requínoa </w:t>
    </w:r>
  </w:p>
  <w:p w:rsidR="00554278" w:rsidRDefault="0055427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1747F2"/>
    <w:multiLevelType w:val="hybridMultilevel"/>
    <w:tmpl w:val="2F0C251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70A"/>
    <w:rsid w:val="0015074B"/>
    <w:rsid w:val="0029639D"/>
    <w:rsid w:val="00326F90"/>
    <w:rsid w:val="00386785"/>
    <w:rsid w:val="0050137C"/>
    <w:rsid w:val="005275F5"/>
    <w:rsid w:val="00554278"/>
    <w:rsid w:val="005F2D96"/>
    <w:rsid w:val="00620128"/>
    <w:rsid w:val="006376A4"/>
    <w:rsid w:val="007662A9"/>
    <w:rsid w:val="00766CA3"/>
    <w:rsid w:val="007B368A"/>
    <w:rsid w:val="00A734CB"/>
    <w:rsid w:val="00AA1D8D"/>
    <w:rsid w:val="00B16910"/>
    <w:rsid w:val="00B445F8"/>
    <w:rsid w:val="00B47730"/>
    <w:rsid w:val="00BB25AE"/>
    <w:rsid w:val="00C42174"/>
    <w:rsid w:val="00CB0664"/>
    <w:rsid w:val="00D10B24"/>
    <w:rsid w:val="00DB5F8E"/>
    <w:rsid w:val="00F87D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FE857ED4-0973-4763-A7F3-8A66A0F0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C898AB-3A30-4176-ABF8-F7CE70827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4059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NMolina</cp:lastModifiedBy>
  <cp:revision>2</cp:revision>
  <cp:lastPrinted>2026-09-08T20:29:00Z</cp:lastPrinted>
  <dcterms:created xsi:type="dcterms:W3CDTF">2026-09-22T11:33:00Z</dcterms:created>
  <dcterms:modified xsi:type="dcterms:W3CDTF">2026-09-22T11:33:00Z</dcterms:modified>
  <cp:category/>
</cp:coreProperties>
</file>